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0" w:before="0"/>
        <w:jc w:val="right"/>
      </w:pPr>
      <w:r>
        <w:rPr>
          <w:b w:val="0"/>
          <w:i w:val="0"/>
        </w:rPr>
        <w:t>[miejscowość], [data]</w:t>
      </w:r>
    </w:p>
    <w:p>
      <w:pPr>
        <w:spacing w:after="0" w:before="0"/>
      </w:pPr>
      <w:r>
        <w:rPr>
          <w:b w:val="0"/>
          <w:i w:val="0"/>
        </w:rPr>
        <w:t>[imię i nazwisko pracownika]</w:t>
      </w:r>
    </w:p>
    <w:p>
      <w:pPr>
        <w:spacing w:after="360" w:before="0"/>
      </w:pPr>
      <w:r>
        <w:rPr>
          <w:b w:val="0"/>
          <w:i w:val="0"/>
        </w:rPr>
        <w:t>[stanowisko]</w:t>
      </w:r>
    </w:p>
    <w:p>
      <w:pPr>
        <w:spacing w:after="0" w:before="0"/>
        <w:ind w:left="4819"/>
      </w:pPr>
      <w:r>
        <w:rPr>
          <w:b w:val="0"/>
          <w:i w:val="0"/>
        </w:rPr>
        <w:t>[nazwa pracodawcy]</w:t>
      </w:r>
    </w:p>
    <w:p>
      <w:pPr>
        <w:spacing w:after="0" w:before="0"/>
        <w:ind w:left="4819"/>
      </w:pPr>
      <w:r>
        <w:rPr>
          <w:b w:val="0"/>
          <w:i w:val="0"/>
        </w:rPr>
        <w:t>[adres siedziby pracodawcy]</w:t>
      </w:r>
    </w:p>
    <w:p>
      <w:pPr>
        <w:spacing w:after="320" w:before="600"/>
        <w:jc w:val="center"/>
      </w:pPr>
      <w:r>
        <w:rPr>
          <w:b/>
          <w:i w:val="0"/>
          <w:sz w:val="27"/>
        </w:rPr>
        <w:t>Wniosek o rozwiązanie umowy o pracę za porozumieniem stron</w:t>
      </w:r>
    </w:p>
    <w:p>
      <w:pPr>
        <w:spacing w:after="200" w:before="0"/>
        <w:jc w:val="both"/>
      </w:pPr>
      <w:r>
        <w:rPr>
          <w:b w:val="0"/>
          <w:i w:val="0"/>
        </w:rPr>
        <w:t>Proszę o rozwiązanie umowy o pracę zawartej w dniu [data zawarcia umowy] na mocy porozumienia stron z dniem [proponowana data rozwiązania umowy].</w:t>
      </w:r>
    </w:p>
    <w:p>
      <w:pPr>
        <w:spacing w:after="0" w:before="0"/>
        <w:jc w:val="both"/>
      </w:pPr>
      <w:r>
        <w:rPr>
          <w:b w:val="0"/>
          <w:i w:val="0"/>
          <w:color w:val="555F6B"/>
        </w:rPr>
        <w:t>[Opcjonalnie: Niewykorzystany urlop wypoczynkowy chcę wykorzystać do dnia rozwiązania umowy / proszę rozliczyć ekwiwalentem pieniężnym.]</w:t>
      </w:r>
    </w:p>
    <w:p>
      <w:pPr>
        <w:spacing w:after="0" w:before="680"/>
        <w:jc w:val="right"/>
      </w:pPr>
      <w:r>
        <w:rPr>
          <w:b w:val="0"/>
          <w:i w:val="0"/>
        </w:rPr>
        <w:t>…………………………………………………</w:t>
      </w:r>
    </w:p>
    <w:p>
      <w:pPr>
        <w:spacing w:after="0" w:before="0"/>
        <w:jc w:val="right"/>
      </w:pPr>
      <w:r>
        <w:rPr>
          <w:b w:val="0"/>
          <w:i w:val="0"/>
          <w:color w:val="555F6B"/>
          <w:sz w:val="19"/>
        </w:rPr>
        <w:t>(podpis pracownika)</w:t>
      </w:r>
    </w:p>
    <w:p>
      <w:pPr>
        <w:spacing w:after="0" w:before="840"/>
        <w:jc w:val="both"/>
      </w:pPr>
      <w:r>
        <w:rPr>
          <w:b w:val="0"/>
          <w:i w:val="0"/>
        </w:rPr>
        <w:t>Wyrażam zgodę / nie wyrażam zgody* na rozwiązanie umowy o pracę za porozumieniem stron z dniem ……………………………</w:t>
      </w:r>
    </w:p>
    <w:p>
      <w:pPr>
        <w:spacing w:after="0" w:before="520"/>
      </w:pPr>
      <w:r>
        <w:rPr>
          <w:b w:val="0"/>
          <w:i w:val="0"/>
        </w:rPr>
        <w:t>…………………………………………………</w:t>
      </w:r>
    </w:p>
    <w:p>
      <w:pPr>
        <w:spacing w:after="0" w:before="0"/>
      </w:pPr>
      <w:r>
        <w:rPr>
          <w:b w:val="0"/>
          <w:i w:val="0"/>
          <w:color w:val="555F6B"/>
          <w:sz w:val="19"/>
        </w:rPr>
        <w:t>(data i podpis pracodawcy lub osoby upoważnionej)</w:t>
      </w:r>
    </w:p>
    <w:p>
      <w:pPr>
        <w:spacing w:after="0" w:before="120"/>
      </w:pPr>
      <w:r>
        <w:rPr>
          <w:b w:val="0"/>
          <w:i w:val="0"/>
          <w:color w:val="555F6B"/>
          <w:sz w:val="19"/>
        </w:rPr>
        <w:t>* niepotrzebne skreślić</w:t>
      </w:r>
    </w:p>
    <w:p>
      <w:r>
        <w:br w:type="page"/>
      </w:r>
    </w:p>
    <w:p>
      <w:pPr>
        <w:spacing w:after="280" w:before="0"/>
        <w:jc w:val="center"/>
      </w:pPr>
      <w:r>
        <w:rPr>
          <w:b/>
          <w:i w:val="0"/>
          <w:sz w:val="28"/>
        </w:rPr>
        <w:t>Porozumienie o rozwiązaniu umowy o pracę</w:t>
      </w:r>
    </w:p>
    <w:p>
      <w:pPr>
        <w:spacing w:after="160" w:before="0"/>
      </w:pPr>
      <w:r>
        <w:rPr>
          <w:b w:val="0"/>
          <w:i w:val="0"/>
        </w:rPr>
        <w:t>zawarte w dniu [data] w [miejscowość] między:</w:t>
      </w:r>
    </w:p>
    <w:p>
      <w:pPr>
        <w:spacing w:after="120" w:before="0"/>
        <w:jc w:val="both"/>
      </w:pPr>
      <w:r>
        <w:rPr>
          <w:b w:val="0"/>
          <w:i w:val="0"/>
        </w:rPr>
        <w:t>[nazwa pracodawcy], [adres siedziby], reprezentowanym przez [imię, nazwisko i funkcja osoby reprezentującej], zwanym dalej Pracodawcą,</w:t>
      </w:r>
    </w:p>
    <w:p>
      <w:pPr>
        <w:spacing w:after="120" w:before="0"/>
      </w:pPr>
      <w:r>
        <w:rPr>
          <w:b w:val="0"/>
          <w:i w:val="0"/>
        </w:rPr>
        <w:t>a</w:t>
      </w:r>
    </w:p>
    <w:p>
      <w:pPr>
        <w:spacing w:after="280" w:before="0"/>
        <w:jc w:val="both"/>
      </w:pPr>
      <w:r>
        <w:rPr>
          <w:b w:val="0"/>
          <w:i w:val="0"/>
        </w:rPr>
        <w:t>[imię i nazwisko pracownika], zamieszkałym w [adres], zwanym dalej Pracownikiem.</w:t>
      </w:r>
    </w:p>
    <w:p>
      <w:pPr>
        <w:spacing w:after="140" w:before="0"/>
        <w:jc w:val="both"/>
      </w:pPr>
      <w:r>
        <w:rPr>
          <w:b/>
        </w:rPr>
        <w:t xml:space="preserve">§ 1. </w:t>
      </w:r>
      <w:r>
        <w:t>Strony zgodnie postanawiają rozwiązać umowę o pracę zawartą w dniu [data zawarcia umowy] na mocy porozumienia stron z dniem [data rozwiązania umowy].</w:t>
      </w:r>
    </w:p>
    <w:p>
      <w:pPr>
        <w:spacing w:after="140" w:before="0"/>
        <w:jc w:val="both"/>
      </w:pPr>
      <w:r>
        <w:rPr>
          <w:b/>
        </w:rPr>
        <w:t xml:space="preserve">§ 2. </w:t>
      </w:r>
      <w:r>
        <w:rPr>
          <w:color w:val="555F6B"/>
        </w:rPr>
        <w:t>[Opcjonalnie: Rozwiązanie umowy następuje z inicjatywy Pracodawcy z przyczyn niedotyczących Pracownika: [przyczyna, np. likwidacja stanowiska pracy].]</w:t>
      </w:r>
    </w:p>
    <w:p>
      <w:pPr>
        <w:spacing w:after="140" w:before="0"/>
        <w:jc w:val="both"/>
      </w:pPr>
      <w:r>
        <w:rPr>
          <w:b/>
        </w:rPr>
        <w:t xml:space="preserve">§ 3. </w:t>
      </w:r>
      <w:r>
        <w:t>Niewykorzystany urlop wypoczynkowy w wymiarze [liczba] dni Pracownik [wykorzysta do dnia rozwiązania umowy / otrzyma za niego ekwiwalent pieniężny].</w:t>
      </w:r>
    </w:p>
    <w:p>
      <w:pPr>
        <w:spacing w:after="140" w:before="0"/>
        <w:jc w:val="both"/>
      </w:pPr>
      <w:r>
        <w:rPr>
          <w:b/>
        </w:rPr>
        <w:t xml:space="preserve">§ 4. </w:t>
      </w:r>
      <w:r>
        <w:t>Pracodawca wyda Pracownikowi świadectwo pracy w dniu rozwiązania umowy o pracę.</w:t>
      </w:r>
    </w:p>
    <w:p>
      <w:pPr>
        <w:spacing w:after="140" w:before="0"/>
        <w:jc w:val="both"/>
      </w:pPr>
      <w:r>
        <w:rPr>
          <w:b/>
        </w:rPr>
        <w:t xml:space="preserve">§ 5. </w:t>
      </w:r>
      <w:r>
        <w:t>Porozumienie sporządzono w dwóch jednobrzmiących egzemplarzach, po jednym dla każdej ze stron.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92"/>
        <w:gridCol w:w="4592"/>
      </w:tblGrid>
      <w:tr>
        <w:tc>
          <w:tcPr>
            <w:tcW w:type="dxa" w:w="4592"/>
          </w:tcPr>
          <w:p>
            <w:pPr>
              <w:spacing w:before="880"/>
              <w:jc w:val="center"/>
            </w:pPr>
            <w:r>
              <w:t>…………………………………………</w:t>
            </w:r>
          </w:p>
        </w:tc>
        <w:tc>
          <w:tcPr>
            <w:tcW w:type="dxa" w:w="4592"/>
          </w:tcPr>
          <w:p>
            <w:pPr>
              <w:spacing w:before="880"/>
              <w:jc w:val="center"/>
            </w:pPr>
            <w:r>
              <w:t>…………………………………………</w:t>
            </w:r>
          </w:p>
        </w:tc>
      </w:tr>
      <w:tr>
        <w:tc>
          <w:tcPr>
            <w:tcW w:type="dxa" w:w="4592"/>
          </w:tcPr>
          <w:p>
            <w:pPr>
              <w:jc w:val="center"/>
            </w:pPr>
            <w:r>
              <w:rPr>
                <w:color w:val="555F6B"/>
                <w:sz w:val="19"/>
              </w:rPr>
              <w:t>(Pracodawca)</w:t>
            </w:r>
          </w:p>
        </w:tc>
        <w:tc>
          <w:tcPr>
            <w:tcW w:type="dxa" w:w="4592"/>
          </w:tcPr>
          <w:p>
            <w:pPr>
              <w:jc w:val="center"/>
            </w:pPr>
            <w:r>
              <w:rPr>
                <w:color w:val="555F6B"/>
                <w:sz w:val="19"/>
              </w:rPr>
              <w:t>(Pracownik)</w:t>
            </w:r>
          </w:p>
        </w:tc>
      </w:tr>
    </w:tbl>
    <w:p>
      <w:r>
        <w:br w:type="page"/>
      </w:r>
    </w:p>
    <w:p>
      <w:pPr>
        <w:spacing w:after="80" w:before="0"/>
      </w:pPr>
      <w:r>
        <w:rPr>
          <w:b/>
          <w:i w:val="0"/>
          <w:color w:val="051C2C"/>
          <w:sz w:val="26"/>
        </w:rPr>
        <w:t>Jak korzystać z tych wzorów</w:t>
      </w:r>
    </w:p>
    <w:p>
      <w:pPr>
        <w:spacing w:after="200" w:before="0"/>
      </w:pPr>
      <w:r>
        <w:rPr>
          <w:b w:val="0"/>
          <w:i w:val="0"/>
          <w:color w:val="555F6B"/>
          <w:sz w:val="19"/>
        </w:rPr>
        <w:t>Tej strony nie drukuj. Przed wysłaniem albo wydrukiem usuń ją z dokumentu.</w:t>
      </w:r>
    </w:p>
    <w:p>
      <w:pPr>
        <w:spacing w:after="120" w:before="0"/>
        <w:jc w:val="both"/>
      </w:pPr>
      <w:r>
        <w:rPr>
          <w:b/>
          <w:sz w:val="21"/>
        </w:rPr>
        <w:t xml:space="preserve">1. </w:t>
      </w:r>
      <w:r>
        <w:rPr>
          <w:sz w:val="21"/>
        </w:rPr>
        <w:t>Strona 1 to wniosek pracownika: Twoja propozycja terminu. Umowa nie rozwiązuje się, dopóki pracodawca się nie zgodzi. Strona 2 to samo porozumienie, które podpisują obie strony. Możesz użyć jednego albo obu dokumentów.</w:t>
      </w:r>
    </w:p>
    <w:p>
      <w:pPr>
        <w:spacing w:after="120" w:before="0"/>
        <w:jc w:val="both"/>
      </w:pPr>
      <w:r>
        <w:rPr>
          <w:b/>
          <w:sz w:val="21"/>
        </w:rPr>
        <w:t xml:space="preserve">2. </w:t>
      </w:r>
      <w:r>
        <w:rPr>
          <w:sz w:val="21"/>
        </w:rPr>
        <w:t>Przy porozumieniu stron nie ma okresu wypowiedzenia: datę rozwiązania umowy ustalacie razem (art. 30 § 1 pkt 1 Kodeksu pracy). Może to być nawet następny dzień.</w:t>
      </w:r>
    </w:p>
    <w:p>
      <w:pPr>
        <w:spacing w:after="120" w:before="0"/>
        <w:jc w:val="both"/>
      </w:pPr>
      <w:r>
        <w:rPr>
          <w:b/>
          <w:sz w:val="21"/>
        </w:rPr>
        <w:t xml:space="preserve">3. </w:t>
      </w:r>
      <w:r>
        <w:rPr>
          <w:sz w:val="21"/>
        </w:rPr>
        <w:t>Zasiłek dla bezrobotnych po porozumieniu stron przysługuje zwykle dopiero po 90 dniach od rejestracji w urzędzie pracy. Wyjątki: porozumienie z powodu zmiany miejsca zamieszkania, upadłości lub likwidacji pracodawcy albo zmniejszenia zatrudnienia z przyczyn dotyczących zakładu pracy (art. 220 ustawy o rynku pracy i służbach zatrudnienia). Jeśli porozumienie wychodzi od pracodawcy, wpiszcie inicjatywę i przyczynę w § 2.</w:t>
      </w:r>
    </w:p>
    <w:p>
      <w:pPr>
        <w:spacing w:after="120" w:before="0"/>
        <w:jc w:val="both"/>
      </w:pPr>
      <w:r>
        <w:rPr>
          <w:b/>
          <w:sz w:val="21"/>
        </w:rPr>
        <w:t xml:space="preserve">4. </w:t>
      </w:r>
      <w:r>
        <w:rPr>
          <w:sz w:val="21"/>
        </w:rPr>
        <w:t>Odprawa: gdy umowę rozwiązuje się z inicjatywy pracodawcy wyłącznie z przyczyn niedotyczących pracownika, a pracodawca zatrudnia co najmniej 20 osób, przysługuje odprawa pieniężna w wysokości jednego, dwóch albo trzech miesięcznych wynagrodzeń, zależnie od stażu u tego pracodawcy (ustawa z 13 marca 2003 r., art. 8 i 10).</w:t>
      </w:r>
    </w:p>
    <w:p>
      <w:pPr>
        <w:spacing w:after="120" w:before="0"/>
        <w:jc w:val="both"/>
      </w:pPr>
      <w:r>
        <w:rPr>
          <w:b/>
          <w:sz w:val="21"/>
        </w:rPr>
        <w:t xml:space="preserve">5. </w:t>
      </w:r>
      <w:r>
        <w:rPr>
          <w:sz w:val="21"/>
        </w:rPr>
        <w:t>Niewykorzystany urlop: ekwiwalent pieniężny wypłaca się, gdy urlopu nie wykorzystasz w związku z rozwiązaniem umowy (art. 171 Kodeksu pracy). Świadectwo pracy pracodawca wydaje w dniu ustania stosunku pracy (art. 97 § 1).</w:t>
      </w:r>
    </w:p>
    <w:p>
      <w:pPr>
        <w:spacing w:after="120" w:before="0"/>
        <w:jc w:val="both"/>
      </w:pPr>
      <w:r>
        <w:rPr>
          <w:b/>
          <w:sz w:val="21"/>
        </w:rPr>
        <w:t xml:space="preserve">6. </w:t>
      </w:r>
      <w:r>
        <w:rPr>
          <w:sz w:val="21"/>
        </w:rPr>
        <w:t>Wydrukuj dwa egzemplarze. Każda strona zatrzymuje jeden podpisany egzemplarz.</w:t>
      </w:r>
    </w:p>
    <w:p>
      <w:pPr>
        <w:spacing w:after="0" w:before="200"/>
      </w:pPr>
      <w:r>
        <w:rPr>
          <w:b w:val="0"/>
          <w:i w:val="0"/>
          <w:color w:val="555F6B"/>
          <w:sz w:val="19"/>
        </w:rPr>
        <w:t>Wzory przygotowane na podstawie Kodeksu pracy (Dz.U. 2026 poz. 1245), ustawy o rynku pracy i służbach zatrudnienia (Dz.U. 2025 poz. 620) i ustawy z 13 marca 2003 r. (Dz.U. 2026 poz. 1195). Stan prawny: październik 2026 r. Wzory mają charakter informacyjny. Omówienie: cvikariera.pl/blog/rozwiazanie-umowy-za-porozumieniem-stron/</w:t>
      </w:r>
    </w:p>
    <w:sectPr w:rsidR="00FC693F" w:rsidRPr="0006063C" w:rsidSect="00034616">
      <w:pgSz w:w="11906" w:h="16838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300" w:lineRule="auto"/>
    </w:pPr>
    <w:rPr>
      <w:rFonts w:ascii="Calibri" w:hAnsi="Calibri" w:eastAsia="Calibri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Rozwiązanie umowy o pracę za porozumieniem stron: wzory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