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b/>
          <w:i w:val="0"/>
          <w:color w:val="051C2C"/>
          <w:sz w:val="44"/>
        </w:rPr>
        <w:t>[Imię i nazwisko]</w:t>
      </w:r>
    </w:p>
    <w:p>
      <w:pPr>
        <w:spacing w:after="80" w:before="0"/>
      </w:pPr>
      <w:r>
        <w:rPr>
          <w:b w:val="0"/>
          <w:i w:val="0"/>
          <w:color w:val="555F6B"/>
          <w:sz w:val="25"/>
        </w:rPr>
        <w:t>[Stanowisko, na które aplikujesz]</w:t>
      </w:r>
    </w:p>
    <w:p>
      <w:pPr>
        <w:spacing w:after="80" w:before="0"/>
      </w:pPr>
      <w:r>
        <w:rPr>
          <w:b w:val="0"/>
          <w:i w:val="0"/>
          <w:sz w:val="21"/>
        </w:rPr>
        <w:t>Telefon: [numer]   ·   E-mail: [adres]   ·   [Miejscowość]   ·   [link do profilu LinkedIn, opcjonalnie]</w:t>
      </w:r>
    </w:p>
    <w:p>
      <w:pPr>
        <w:spacing w:after="60" w:before="180"/>
        <w:pBdr>
          <w:bottom w:val="single" w:sz="6" w:space="2" w:color="051C2C"/>
        </w:pBdr>
      </w:pPr>
      <w:r>
        <w:rPr>
          <w:b/>
          <w:i w:val="0"/>
          <w:color w:val="051C2C"/>
          <w:sz w:val="24"/>
        </w:rPr>
        <w:t>Podsumowanie zawodowe</w:t>
      </w:r>
    </w:p>
    <w:p>
      <w:pPr>
        <w:spacing w:after="0" w:before="0"/>
        <w:jc w:val="both"/>
      </w:pPr>
      <w:r>
        <w:rPr>
          <w:b w:val="0"/>
          <w:i w:val="0"/>
          <w:color w:val="555F6B"/>
        </w:rPr>
        <w:t>[2-3 zdania: kim jesteś zawodowo, ile lat doświadczenia, w czym jesteś najlepszy i czego szukasz. Przykład: Magazynier z 4-letnim doświadczeniem w centrum dystrybucyjnym, z uprawnieniami UDT na wózki widłowe. Kompletuję do 180 zamówień na zmianę bez błędów w wydaniach.]</w:t>
      </w:r>
    </w:p>
    <w:p>
      <w:pPr>
        <w:spacing w:after="60" w:before="180"/>
        <w:pBdr>
          <w:bottom w:val="single" w:sz="6" w:space="2" w:color="051C2C"/>
        </w:pBdr>
      </w:pPr>
      <w:r>
        <w:rPr>
          <w:b/>
          <w:i w:val="0"/>
          <w:color w:val="051C2C"/>
          <w:sz w:val="24"/>
        </w:rPr>
        <w:t>Doświadczenie zawodowe</w:t>
      </w:r>
    </w:p>
    <w:p>
      <w:pPr>
        <w:spacing w:after="0" w:before="120"/>
      </w:pPr>
      <w:r>
        <w:rPr>
          <w:b/>
        </w:rPr>
        <w:t>[Stanowisko]</w:t>
      </w:r>
      <w:r>
        <w:t xml:space="preserve">   [Nazwa firmy], [miejscowość]</w:t>
      </w:r>
      <w:r>
        <w:rPr>
          <w:color w:val="555F6B"/>
          <w:sz w:val="21"/>
        </w:rPr>
        <w:t xml:space="preserve">   [mm.rrrr - mm.rrrr albo obecnie]</w:t>
      </w:r>
    </w:p>
    <w:p>
      <w:pPr>
        <w:pStyle w:val="ListBullet"/>
        <w:spacing w:after="0"/>
      </w:pPr>
      <w:r>
        <w:t>[Najważniejszy obowiązek albo osiągnięcie, najlepiej z liczbą]</w:t>
      </w:r>
    </w:p>
    <w:p>
      <w:pPr>
        <w:pStyle w:val="ListBullet"/>
        <w:spacing w:after="0"/>
      </w:pPr>
      <w:r>
        <w:t>[Drugi obowiązek albo osiągnięcie]</w:t>
      </w:r>
    </w:p>
    <w:p>
      <w:pPr>
        <w:pStyle w:val="ListBullet"/>
        <w:spacing w:after="0"/>
      </w:pPr>
      <w:r>
        <w:t>[Trzeci obowiązek albo osiągnięcie]</w:t>
      </w:r>
    </w:p>
    <w:p>
      <w:pPr>
        <w:spacing w:after="0" w:before="120"/>
      </w:pPr>
      <w:r>
        <w:rPr>
          <w:b/>
        </w:rPr>
        <w:t>[Stanowisko]</w:t>
      </w:r>
      <w:r>
        <w:t xml:space="preserve">   [Nazwa firmy], [miejscowość]</w:t>
      </w:r>
      <w:r>
        <w:rPr>
          <w:color w:val="555F6B"/>
          <w:sz w:val="21"/>
        </w:rPr>
        <w:t xml:space="preserve">   [mm.rrrr - mm.rrrr albo obecnie]</w:t>
      </w:r>
    </w:p>
    <w:p>
      <w:pPr>
        <w:pStyle w:val="ListBullet"/>
        <w:spacing w:after="0"/>
      </w:pPr>
      <w:r>
        <w:t>[Najważniejszy obowiązek albo osiągnięcie, najlepiej z liczbą]</w:t>
      </w:r>
    </w:p>
    <w:p>
      <w:pPr>
        <w:pStyle w:val="ListBullet"/>
        <w:spacing w:after="0"/>
      </w:pPr>
      <w:r>
        <w:t>[Drugi obowiązek albo osiągnięcie]</w:t>
      </w:r>
    </w:p>
    <w:p>
      <w:pPr>
        <w:pStyle w:val="ListBullet"/>
        <w:spacing w:after="0"/>
      </w:pPr>
      <w:r>
        <w:t>[Trzeci obowiązek albo osiągnięcie]</w:t>
      </w:r>
    </w:p>
    <w:p>
      <w:pPr>
        <w:spacing w:after="0" w:before="120"/>
      </w:pPr>
      <w:r>
        <w:rPr>
          <w:b/>
        </w:rPr>
        <w:t>[Stanowisko]</w:t>
      </w:r>
      <w:r>
        <w:t xml:space="preserve">   [Nazwa firmy], [miejscowość]</w:t>
      </w:r>
      <w:r>
        <w:rPr>
          <w:color w:val="555F6B"/>
          <w:sz w:val="21"/>
        </w:rPr>
        <w:t xml:space="preserve">   [mm.rrrr - mm.rrrr albo obecnie]</w:t>
      </w:r>
    </w:p>
    <w:p>
      <w:pPr>
        <w:pStyle w:val="ListBullet"/>
        <w:spacing w:after="0"/>
      </w:pPr>
      <w:r>
        <w:t>[Najważniejszy obowiązek albo osiągnięcie, najlepiej z liczbą]</w:t>
      </w:r>
    </w:p>
    <w:p>
      <w:pPr>
        <w:pStyle w:val="ListBullet"/>
        <w:spacing w:after="0"/>
      </w:pPr>
      <w:r>
        <w:t>[Drugi obowiązek albo osiągnięcie]</w:t>
      </w:r>
    </w:p>
    <w:p>
      <w:pPr>
        <w:pStyle w:val="ListBullet"/>
        <w:spacing w:after="0"/>
      </w:pPr>
      <w:r>
        <w:t>[Trzeci obowiązek albo osiągnięcie]</w:t>
      </w:r>
    </w:p>
    <w:p>
      <w:pPr>
        <w:spacing w:after="60" w:before="180"/>
        <w:pBdr>
          <w:bottom w:val="single" w:sz="6" w:space="2" w:color="051C2C"/>
        </w:pBdr>
      </w:pPr>
      <w:r>
        <w:rPr>
          <w:b/>
          <w:i w:val="0"/>
          <w:color w:val="051C2C"/>
          <w:sz w:val="24"/>
        </w:rPr>
        <w:t>Wykształcenie</w:t>
      </w:r>
    </w:p>
    <w:p>
      <w:pPr>
        <w:spacing w:after="0" w:before="80"/>
      </w:pPr>
      <w:r>
        <w:rPr>
          <w:b/>
        </w:rPr>
        <w:t>[Nazwa szkoły albo uczelni]</w:t>
      </w:r>
      <w:r>
        <w:t xml:space="preserve">   [kierunek, profil albo zawód]</w:t>
      </w:r>
      <w:r>
        <w:rPr>
          <w:color w:val="555F6B"/>
          <w:sz w:val="21"/>
        </w:rPr>
        <w:t xml:space="preserve">   [rok rozpoczęcia - rok ukończenia]</w:t>
      </w:r>
    </w:p>
    <w:p>
      <w:pPr>
        <w:spacing w:after="0" w:before="80"/>
      </w:pPr>
      <w:r>
        <w:rPr>
          <w:b/>
        </w:rPr>
        <w:t>[Nazwa szkoły albo uczelni]</w:t>
      </w:r>
      <w:r>
        <w:t xml:space="preserve">   [kierunek, profil albo zawód]</w:t>
      </w:r>
      <w:r>
        <w:rPr>
          <w:color w:val="555F6B"/>
          <w:sz w:val="21"/>
        </w:rPr>
        <w:t xml:space="preserve">   [rok rozpoczęcia - rok ukończenia]</w:t>
      </w:r>
    </w:p>
    <w:p>
      <w:pPr>
        <w:spacing w:after="60" w:before="180"/>
        <w:pBdr>
          <w:bottom w:val="single" w:sz="6" w:space="2" w:color="051C2C"/>
        </w:pBdr>
      </w:pPr>
      <w:r>
        <w:rPr>
          <w:b/>
          <w:i w:val="0"/>
          <w:color w:val="051C2C"/>
          <w:sz w:val="24"/>
        </w:rPr>
        <w:t>Kursy, certyfikaty i uprawnienia</w:t>
      </w:r>
    </w:p>
    <w:p>
      <w:pPr>
        <w:pStyle w:val="ListBullet"/>
        <w:spacing w:after="0"/>
      </w:pPr>
      <w:r>
        <w:t>[Nazwa kursu lub uprawnienia, organizator, rok]</w:t>
      </w:r>
    </w:p>
    <w:p>
      <w:pPr>
        <w:pStyle w:val="ListBullet"/>
        <w:spacing w:after="0"/>
      </w:pPr>
      <w:r>
        <w:t>[Prawo jazdy kat. B, jeśli ma znaczenie dla stanowiska]</w:t>
      </w:r>
    </w:p>
    <w:p>
      <w:pPr>
        <w:spacing w:after="60" w:before="180"/>
        <w:pBdr>
          <w:bottom w:val="single" w:sz="6" w:space="2" w:color="051C2C"/>
        </w:pBdr>
      </w:pPr>
      <w:r>
        <w:rPr>
          <w:b/>
          <w:i w:val="0"/>
          <w:color w:val="051C2C"/>
          <w:sz w:val="24"/>
        </w:rPr>
        <w:t>Umiejętności</w:t>
      </w:r>
    </w:p>
    <w:p>
      <w:pPr>
        <w:pStyle w:val="ListBullet"/>
        <w:spacing w:after="0"/>
      </w:pPr>
      <w:r>
        <w:t>[Umiejętność twarda z poziomem albo przykładem, np. Excel: tabele przestawne, WYSZUKAJ.PIONOWO]</w:t>
      </w:r>
    </w:p>
    <w:p>
      <w:pPr>
        <w:pStyle w:val="ListBullet"/>
        <w:spacing w:after="0"/>
      </w:pPr>
      <w:r>
        <w:t>[Program, maszyna albo narzędzie, które znasz z pracy]</w:t>
      </w:r>
    </w:p>
    <w:p>
      <w:pPr>
        <w:pStyle w:val="ListBullet"/>
        <w:spacing w:after="0"/>
      </w:pPr>
      <w:r>
        <w:t>[Umiejętność miękka pokazana na przykładzie]</w:t>
      </w:r>
    </w:p>
    <w:p>
      <w:pPr>
        <w:spacing w:after="60" w:before="180"/>
        <w:pBdr>
          <w:bottom w:val="single" w:sz="6" w:space="2" w:color="051C2C"/>
        </w:pBdr>
      </w:pPr>
      <w:r>
        <w:rPr>
          <w:b/>
          <w:i w:val="0"/>
          <w:color w:val="051C2C"/>
          <w:sz w:val="24"/>
        </w:rPr>
        <w:t>Języki obce</w:t>
      </w:r>
    </w:p>
    <w:p>
      <w:pPr>
        <w:spacing w:after="0" w:before="0"/>
      </w:pPr>
      <w:r>
        <w:rPr>
          <w:b w:val="0"/>
          <w:i w:val="0"/>
        </w:rPr>
        <w:t>[Język]: [poziom, np. B1, komunikatywny]   ·   [Język]: [poziom]</w:t>
      </w:r>
    </w:p>
    <w:p>
      <w:pPr>
        <w:spacing w:after="60" w:before="180"/>
        <w:pBdr>
          <w:bottom w:val="single" w:sz="6" w:space="2" w:color="051C2C"/>
        </w:pBdr>
      </w:pPr>
      <w:r>
        <w:rPr>
          <w:b/>
          <w:i w:val="0"/>
          <w:color w:val="051C2C"/>
          <w:sz w:val="24"/>
        </w:rPr>
        <w:t>Zainteresowania (opcjonalnie)</w:t>
      </w:r>
    </w:p>
    <w:p>
      <w:pPr>
        <w:spacing w:after="0" w:before="0"/>
      </w:pPr>
      <w:r>
        <w:rPr>
          <w:b w:val="0"/>
          <w:i w:val="0"/>
        </w:rPr>
        <w:t>[1-2 konkretne zainteresowania, najlepiej związane z pracą albo pokazujące systematyczność]</w:t>
      </w:r>
    </w:p>
    <w:p>
      <w:pPr>
        <w:spacing w:after="0" w:before="320"/>
        <w:jc w:val="both"/>
      </w:pPr>
      <w:r>
        <w:rPr>
          <w:b w:val="0"/>
          <w:i w:val="0"/>
          <w:color w:val="555F6B"/>
          <w:sz w:val="17"/>
        </w:rPr>
        <w:t>Wyrażam zgodę na przetwarzanie moich danych osobowych przez [nazwa firmy] w celu prowadzenia rekrutacji na aplikowane przeze mnie stanowisko.</w:t>
      </w:r>
    </w:p>
    <w:p>
      <w:r>
        <w:br w:type="page"/>
      </w:r>
    </w:p>
    <w:p>
      <w:pPr>
        <w:spacing w:after="80" w:before="0"/>
      </w:pPr>
      <w:r>
        <w:rPr>
          <w:b/>
          <w:i w:val="0"/>
          <w:color w:val="051C2C"/>
          <w:sz w:val="26"/>
        </w:rPr>
        <w:t>Jak wypełnić puste CV</w:t>
      </w:r>
    </w:p>
    <w:p>
      <w:pPr>
        <w:spacing w:after="200" w:before="0"/>
      </w:pPr>
      <w:r>
        <w:rPr>
          <w:b w:val="0"/>
          <w:i w:val="0"/>
          <w:color w:val="555F6B"/>
          <w:sz w:val="19"/>
        </w:rPr>
        <w:t>Tej strony nie drukuj. Przed wysłaniem albo wydrukiem usuń ją z dokumentu.</w:t>
      </w:r>
    </w:p>
    <w:p>
      <w:pPr>
        <w:spacing w:after="120" w:before="0"/>
        <w:jc w:val="both"/>
      </w:pPr>
      <w:r>
        <w:rPr>
          <w:b/>
          <w:sz w:val="21"/>
        </w:rPr>
        <w:t xml:space="preserve">1. </w:t>
      </w:r>
      <w:r>
        <w:rPr>
          <w:sz w:val="21"/>
        </w:rPr>
        <w:t>Zamień każdy tekst w nawiasach kwadratowych na swoje dane, a puste bloki usuń. Kolejność w doświadczeniu: od najnowszej pracy do najstarszej.</w:t>
      </w:r>
    </w:p>
    <w:p>
      <w:pPr>
        <w:spacing w:after="120" w:before="0"/>
        <w:jc w:val="both"/>
      </w:pPr>
      <w:r>
        <w:rPr>
          <w:b/>
          <w:sz w:val="21"/>
        </w:rPr>
        <w:t xml:space="preserve">2. </w:t>
      </w:r>
      <w:r>
        <w:rPr>
          <w:sz w:val="21"/>
        </w:rPr>
        <w:t>Przy każdym stanowisku wpisz 2-4 punkty. Najlepiej działają konkrety: liczba obsługiwanych klientów, zamówień, dokumentów, wielkość zespołu, programy i maszyny.</w:t>
      </w:r>
    </w:p>
    <w:p>
      <w:pPr>
        <w:spacing w:after="120" w:before="0"/>
        <w:jc w:val="both"/>
      </w:pPr>
      <w:r>
        <w:rPr>
          <w:b/>
          <w:sz w:val="21"/>
        </w:rPr>
        <w:t xml:space="preserve">3. </w:t>
      </w:r>
      <w:r>
        <w:rPr>
          <w:sz w:val="21"/>
        </w:rPr>
        <w:t>Na koniec zapisz plik jako PDF (Plik &gt; Zapisz jako &gt; PDF). PDF wygląda u rekrutera tak samo jak u Ciebie.</w:t>
      </w:r>
    </w:p>
    <w:p>
      <w:pPr>
        <w:spacing w:after="120" w:before="0"/>
        <w:jc w:val="both"/>
      </w:pPr>
      <w:r>
        <w:rPr>
          <w:b/>
          <w:sz w:val="21"/>
        </w:rPr>
        <w:t xml:space="preserve">4. </w:t>
      </w:r>
      <w:r>
        <w:rPr>
          <w:sz w:val="21"/>
        </w:rPr>
        <w:t>W klauzuli wpisz pełną nazwę firmy z ogłoszenia. Zdjęcie nie jest obowiązkowe.</w:t>
      </w:r>
    </w:p>
    <w:p>
      <w:pPr>
        <w:spacing w:after="120" w:before="0"/>
        <w:jc w:val="both"/>
      </w:pPr>
      <w:r>
        <w:rPr>
          <w:b/>
          <w:sz w:val="21"/>
        </w:rPr>
        <w:t xml:space="preserve">5. </w:t>
      </w:r>
      <w:r>
        <w:rPr>
          <w:sz w:val="21"/>
        </w:rPr>
        <w:t>Wersję do wypełnienia ręcznie (PDF do druku) znajdziesz na cvikariera.pl/blog/puste-cv-do-wypelnienia/.</w:t>
      </w:r>
    </w:p>
    <w:p>
      <w:pPr>
        <w:spacing w:after="0" w:before="200"/>
      </w:pPr>
      <w:r>
        <w:rPr>
          <w:b w:val="0"/>
          <w:i w:val="0"/>
          <w:color w:val="555F6B"/>
          <w:sz w:val="19"/>
        </w:rPr>
        <w:t>Wzór CV: CV i Kariera, cvikariera.pl. Możesz go używać bezpłatnie do własnych aplikacji.</w:t>
      </w:r>
    </w:p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Puste CV do wypełnienia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