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0"/>
        <w:jc w:val="right"/>
      </w:pPr>
      <w:r>
        <w:rPr>
          <w:b w:val="0"/>
          <w:i w:val="0"/>
        </w:rPr>
        <w:t>[miejscowość], [data]</w:t>
      </w:r>
    </w:p>
    <w:p>
      <w:pPr>
        <w:spacing w:after="0" w:before="0"/>
      </w:pPr>
      <w:r>
        <w:rPr>
          <w:b w:val="0"/>
          <w:i w:val="0"/>
        </w:rPr>
        <w:t>[imię i nazwisko pracownika]</w:t>
      </w:r>
    </w:p>
    <w:p>
      <w:pPr>
        <w:spacing w:after="0" w:before="0"/>
      </w:pPr>
      <w:r>
        <w:rPr>
          <w:b w:val="0"/>
          <w:i w:val="0"/>
        </w:rPr>
        <w:t>[stanowisko]</w:t>
      </w:r>
    </w:p>
    <w:p>
      <w:pPr>
        <w:spacing w:after="360" w:before="0"/>
      </w:pPr>
      <w:r>
        <w:rPr>
          <w:b w:val="0"/>
          <w:i w:val="0"/>
        </w:rPr>
        <w:t>[adres do korespondencji]</w:t>
      </w:r>
    </w:p>
    <w:p>
      <w:pPr>
        <w:spacing w:after="0" w:before="0"/>
        <w:ind w:left="4819"/>
      </w:pPr>
      <w:r>
        <w:rPr>
          <w:b w:val="0"/>
          <w:i w:val="0"/>
        </w:rPr>
        <w:t>[nazwa pracodawcy]</w:t>
      </w:r>
    </w:p>
    <w:p>
      <w:pPr>
        <w:spacing w:after="0" w:before="0"/>
        <w:ind w:left="4819"/>
      </w:pPr>
      <w:r>
        <w:rPr>
          <w:b w:val="0"/>
          <w:i w:val="0"/>
        </w:rPr>
        <w:t>[adres siedziby pracodawcy]</w:t>
      </w:r>
    </w:p>
    <w:p>
      <w:pPr>
        <w:spacing w:after="320" w:before="600"/>
        <w:jc w:val="center"/>
      </w:pPr>
      <w:r>
        <w:rPr>
          <w:b/>
          <w:i w:val="0"/>
          <w:sz w:val="28"/>
        </w:rPr>
        <w:t>Wypowiedzenie umowy o pracę</w:t>
      </w:r>
    </w:p>
    <w:p>
      <w:pPr>
        <w:spacing w:after="200" w:before="0"/>
        <w:jc w:val="both"/>
      </w:pPr>
      <w:r>
        <w:rPr>
          <w:b w:val="0"/>
          <w:i w:val="0"/>
        </w:rPr>
        <w:t>Wypowiadam umowę o pracę zawartą w dniu [data zawarcia umowy] na czas [nieokreślony / określony do dnia …], z zachowaniem [dwutygodniowego / miesięcznego / trzymiesięcznego] okresu wypowiedzenia, który upływa w dniu [data].</w:t>
      </w:r>
    </w:p>
    <w:p>
      <w:pPr>
        <w:spacing w:after="0" w:before="0"/>
        <w:jc w:val="both"/>
      </w:pPr>
      <w:r>
        <w:rPr>
          <w:b w:val="0"/>
          <w:i w:val="0"/>
          <w:color w:val="555F6B"/>
        </w:rPr>
        <w:t>[Opcjonalnie: Jednocześnie proszę o skrócenie okresu wypowiedzenia i ustalenie, że umowa rozwiąże się z dniem [data] (art. 36 § 6 Kodeksu pracy).]</w:t>
      </w:r>
    </w:p>
    <w:p>
      <w:pPr>
        <w:spacing w:after="0" w:before="680"/>
        <w:jc w:val="right"/>
      </w:pPr>
      <w:r>
        <w:rPr>
          <w:b w:val="0"/>
          <w:i w:val="0"/>
        </w:rPr>
        <w:t>…………………………………………………</w:t>
      </w:r>
    </w:p>
    <w:p>
      <w:pPr>
        <w:spacing w:after="0" w:before="0"/>
        <w:jc w:val="right"/>
      </w:pPr>
      <w:r>
        <w:rPr>
          <w:b w:val="0"/>
          <w:i w:val="0"/>
          <w:color w:val="555F6B"/>
          <w:sz w:val="19"/>
        </w:rPr>
        <w:t>(podpis pracownika)</w:t>
      </w:r>
    </w:p>
    <w:p>
      <w:pPr>
        <w:spacing w:after="0" w:before="920"/>
      </w:pPr>
      <w:r>
        <w:rPr>
          <w:b w:val="0"/>
          <w:i w:val="0"/>
        </w:rPr>
        <w:t>Potwierdzam otrzymanie wypowiedzenia w dniu ……………………………</w:t>
      </w:r>
    </w:p>
    <w:p>
      <w:pPr>
        <w:spacing w:after="0" w:before="520"/>
      </w:pPr>
      <w:r>
        <w:rPr>
          <w:b w:val="0"/>
          <w:i w:val="0"/>
        </w:rPr>
        <w:t>…………………………………………………</w:t>
      </w:r>
    </w:p>
    <w:p>
      <w:pPr>
        <w:spacing w:after="0" w:before="0"/>
      </w:pPr>
      <w:r>
        <w:rPr>
          <w:b w:val="0"/>
          <w:i w:val="0"/>
          <w:color w:val="555F6B"/>
          <w:sz w:val="19"/>
        </w:rPr>
        <w:t>(podpis pracodawcy lub osoby upoważnionej)</w:t>
      </w:r>
    </w:p>
    <w:p>
      <w:r>
        <w:br w:type="page"/>
      </w:r>
    </w:p>
    <w:p>
      <w:pPr>
        <w:spacing w:after="80" w:before="0"/>
      </w:pPr>
      <w:r>
        <w:rPr>
          <w:b/>
          <w:i w:val="0"/>
          <w:color w:val="051C2C"/>
          <w:sz w:val="26"/>
        </w:rPr>
        <w:t>Jak wypełnić wzór wypowiedzenia</w:t>
      </w:r>
    </w:p>
    <w:p>
      <w:pPr>
        <w:spacing w:after="200" w:before="0"/>
      </w:pPr>
      <w:r>
        <w:rPr>
          <w:b w:val="0"/>
          <w:i w:val="0"/>
          <w:color w:val="555F6B"/>
          <w:sz w:val="19"/>
        </w:rPr>
        <w:t>Tej strony nie drukuj. Przed wysłaniem albo wydrukiem usuń ją z dokumentu.</w:t>
      </w:r>
    </w:p>
    <w:p>
      <w:pPr>
        <w:spacing w:after="120" w:before="0"/>
        <w:jc w:val="both"/>
      </w:pPr>
      <w:r>
        <w:rPr>
          <w:b/>
          <w:sz w:val="21"/>
        </w:rPr>
        <w:t xml:space="preserve">1. </w:t>
      </w:r>
      <w:r>
        <w:rPr>
          <w:sz w:val="21"/>
        </w:rPr>
        <w:t>Okres wypowiedzenia zależy od tego, jak długo pracujesz u tego pracodawcy: 2 tygodnie, jeśli krócej niż 6 miesięcy; 1 miesiąc po co najmniej 6 miesiącach; 3 miesiące po co najmniej 3 latach (art. 36 § 1 Kodeksu pracy). Te same okresy dotyczą umowy na czas określony. Przy umowie na okres próbny okres wypowiedzenia wynosi 3 dni robocze, 1 tydzień albo 2 tygodnie, zależnie od długości okresu próbnego (art. 34).</w:t>
      </w:r>
    </w:p>
    <w:p>
      <w:pPr>
        <w:spacing w:after="120" w:before="0"/>
        <w:jc w:val="both"/>
      </w:pPr>
      <w:r>
        <w:rPr>
          <w:b/>
          <w:sz w:val="21"/>
        </w:rPr>
        <w:t xml:space="preserve">2. </w:t>
      </w:r>
      <w:r>
        <w:rPr>
          <w:sz w:val="21"/>
        </w:rPr>
        <w:t>Okres liczony w tygodniach kończy się w sobotę, a liczony w miesiącach: ostatniego dnia miesiąca (art. 30 § 2¹). Przykład: wypowiedzenie z miesięcznym okresem złożone 15 października rozwiązuje umowę 30 listopada. Datę końca okresu wypowiedzenia możesz sprawdzić w kalkulatorze: cvikariera.pl/blog/okres-wypowiedzenia/.</w:t>
      </w:r>
    </w:p>
    <w:p>
      <w:pPr>
        <w:spacing w:after="120" w:before="0"/>
        <w:jc w:val="both"/>
      </w:pPr>
      <w:r>
        <w:rPr>
          <w:b/>
          <w:sz w:val="21"/>
        </w:rPr>
        <w:t xml:space="preserve">3. </w:t>
      </w:r>
      <w:r>
        <w:rPr>
          <w:sz w:val="21"/>
        </w:rPr>
        <w:t>Przyczyny podawać nie musisz. Wypowiedzenie składasz na piśmie (art. 30 § 3). Wydrukuj dwa egzemplarze, podpisz oba i poproś o potwierdzenie odbioru na egzemplarzu, który zostaje u Ciebie. Możesz też wysłać pismo listem poleconym albo podpisać plik kwalifikowanym podpisem elektronicznym.</w:t>
      </w:r>
    </w:p>
    <w:p>
      <w:pPr>
        <w:spacing w:after="120" w:before="0"/>
        <w:jc w:val="both"/>
      </w:pPr>
      <w:r>
        <w:rPr>
          <w:b/>
          <w:sz w:val="21"/>
        </w:rPr>
        <w:t xml:space="preserve">4. </w:t>
      </w:r>
      <w:r>
        <w:rPr>
          <w:sz w:val="21"/>
        </w:rPr>
        <w:t>Zdanie w nawiasie usuń, jeśli nie chcesz odejść wcześniej. Gdy pracodawca zgodzi się na wcześniejszy termin, umowa rozwiąże się w uzgodnionym dniu, ale nadal za Twoim wypowiedzeniem: takie ustalenie nie zmienia trybu rozwiązania umowy (art. 36 § 6 Kodeksu pracy).</w:t>
      </w:r>
    </w:p>
    <w:p>
      <w:pPr>
        <w:spacing w:after="120" w:before="0"/>
        <w:jc w:val="both"/>
      </w:pPr>
      <w:r>
        <w:rPr>
          <w:b/>
          <w:sz w:val="21"/>
        </w:rPr>
        <w:t xml:space="preserve">5. </w:t>
      </w:r>
      <w:r>
        <w:rPr>
          <w:sz w:val="21"/>
        </w:rPr>
        <w:t>Zasiłek dla bezrobotnych: osoba, która sama wypowiedziała ostatnią umowę o pracę, co do zasady nie ma prawa do zasiłku (art. 219 ustawy o rynku pracy i służbach zatrudnienia), także gdy z pracodawcą ustaliła wcześniejszy termin. Przy rozwiązaniu umowy za porozumieniem stron zasiłek przysługuje zwykle po 90 dniach od rejestracji w urzędzie pracy (art. 220). Szczegóły i wyjątki sprawdź przed złożeniem pisma.</w:t>
      </w:r>
    </w:p>
    <w:p>
      <w:pPr>
        <w:spacing w:after="0" w:before="200"/>
      </w:pPr>
      <w:r>
        <w:rPr>
          <w:b w:val="0"/>
          <w:i w:val="0"/>
          <w:color w:val="555F6B"/>
          <w:sz w:val="19"/>
        </w:rPr>
        <w:t>Wzór przygotowany na podstawie Kodeksu pracy (tekst jednolity: Dz.U. 2026 poz. 1245). Stan prawny: październik 2026 r. Wzór ma charakter informacyjny. Omówienie: cvikariera.pl/blog/wypowiedzenie-umowy-o-prace-przez-pracownika/</w:t>
      </w:r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00" w:lineRule="auto"/>
    </w:pPr>
    <w:rPr>
      <w:rFonts w:ascii="Calibri" w:hAnsi="Calibri" w:eastAsia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o pracę przez pracownika: wzór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